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2" w:type="dxa"/>
        <w:jc w:val="center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577429" w:rsidRPr="00222559" w14:paraId="21C3BDAA" w14:textId="77777777" w:rsidTr="519B6236">
        <w:trPr>
          <w:trHeight w:val="2400"/>
          <w:jc w:val="center"/>
        </w:trPr>
        <w:tc>
          <w:tcPr>
            <w:tcW w:w="3324" w:type="dxa"/>
          </w:tcPr>
          <w:p w14:paraId="71E1983F" w14:textId="0645C402" w:rsidR="00577429" w:rsidRPr="00222559" w:rsidRDefault="08DD8465" w:rsidP="007B9A26">
            <w:r>
              <w:rPr>
                <w:noProof/>
              </w:rPr>
              <w:drawing>
                <wp:inline distT="0" distB="0" distL="0" distR="0" wp14:anchorId="113BB16D" wp14:editId="4CD300D6">
                  <wp:extent cx="1553417" cy="1314430"/>
                  <wp:effectExtent l="0" t="0" r="0" b="0"/>
                  <wp:docPr id="81105343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950599" name="Picture 816950599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417" cy="131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4" w:type="dxa"/>
          </w:tcPr>
          <w:p w14:paraId="79588312" w14:textId="74EA8C03" w:rsidR="642C7206" w:rsidRDefault="642C7206" w:rsidP="642C7206"/>
        </w:tc>
        <w:tc>
          <w:tcPr>
            <w:tcW w:w="3324" w:type="dxa"/>
          </w:tcPr>
          <w:p w14:paraId="769A8A97" w14:textId="1D9EF291" w:rsidR="00577429" w:rsidRPr="00222559" w:rsidRDefault="519B6236" w:rsidP="6744A371">
            <w:pPr>
              <w:ind w:left="450" w:hanging="90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36B4B45" wp14:editId="124C2FDF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-38100</wp:posOffset>
                  </wp:positionV>
                  <wp:extent cx="1730389" cy="1199404"/>
                  <wp:effectExtent l="0" t="0" r="3175" b="1270"/>
                  <wp:wrapNone/>
                  <wp:docPr id="874630410" name="Grafik 1" descr="Mater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teri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389" cy="1199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lenraster"/>
        <w:tblpPr w:leftFromText="141" w:rightFromText="141" w:vertAnchor="text" w:horzAnchor="margin" w:tblpY="711"/>
        <w:tblW w:w="0" w:type="auto"/>
        <w:tblLook w:val="04A0" w:firstRow="1" w:lastRow="0" w:firstColumn="1" w:lastColumn="0" w:noHBand="0" w:noVBand="1"/>
      </w:tblPr>
      <w:tblGrid>
        <w:gridCol w:w="2233"/>
        <w:gridCol w:w="7670"/>
      </w:tblGrid>
      <w:tr w:rsidR="006B050C" w:rsidRPr="00222559" w14:paraId="6D665DA9" w14:textId="77777777" w:rsidTr="46D87852">
        <w:trPr>
          <w:trHeight w:val="465"/>
        </w:trPr>
        <w:tc>
          <w:tcPr>
            <w:tcW w:w="2233" w:type="dxa"/>
            <w:vAlign w:val="center"/>
          </w:tcPr>
          <w:p w14:paraId="199E6A32" w14:textId="71A1C23D" w:rsidR="006B050C" w:rsidRPr="00222559" w:rsidRDefault="006B050C" w:rsidP="006B050C">
            <w:pPr>
              <w:rPr>
                <w:rFonts w:ascii="Trebuchet MS" w:hAnsi="Trebuchet MS"/>
                <w:b/>
                <w:bCs/>
              </w:rPr>
            </w:pPr>
            <w:r w:rsidRPr="00222559">
              <w:rPr>
                <w:rFonts w:ascii="Trebuchet MS" w:hAnsi="Trebuchet MS"/>
                <w:b/>
                <w:bCs/>
              </w:rPr>
              <w:t>Name, Vorname</w:t>
            </w:r>
          </w:p>
        </w:tc>
        <w:tc>
          <w:tcPr>
            <w:tcW w:w="7670" w:type="dxa"/>
            <w:vAlign w:val="center"/>
          </w:tcPr>
          <w:p w14:paraId="184D6D4A" w14:textId="77F8B404" w:rsidR="006B050C" w:rsidRPr="00222559" w:rsidRDefault="00176656" w:rsidP="00E57F70">
            <w:pPr>
              <w:spacing w:before="120" w:after="24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0"/>
          </w:p>
        </w:tc>
      </w:tr>
      <w:tr w:rsidR="006B050C" w:rsidRPr="00222559" w14:paraId="4132548C" w14:textId="77777777" w:rsidTr="46D87852">
        <w:trPr>
          <w:trHeight w:val="580"/>
        </w:trPr>
        <w:tc>
          <w:tcPr>
            <w:tcW w:w="2233" w:type="dxa"/>
            <w:vAlign w:val="center"/>
          </w:tcPr>
          <w:p w14:paraId="0B241BED" w14:textId="0BD5457B" w:rsidR="006B050C" w:rsidRPr="00222559" w:rsidRDefault="006B050C" w:rsidP="006B050C">
            <w:pPr>
              <w:rPr>
                <w:rFonts w:ascii="Trebuchet MS" w:hAnsi="Trebuchet MS"/>
                <w:b/>
                <w:bCs/>
              </w:rPr>
            </w:pPr>
            <w:r w:rsidRPr="6744A371">
              <w:rPr>
                <w:rFonts w:ascii="Trebuchet MS" w:hAnsi="Trebuchet MS"/>
                <w:b/>
                <w:bCs/>
              </w:rPr>
              <w:t>Geb</w:t>
            </w:r>
            <w:r w:rsidR="44B53609" w:rsidRPr="6744A371">
              <w:rPr>
                <w:rFonts w:ascii="Trebuchet MS" w:hAnsi="Trebuchet MS"/>
                <w:b/>
                <w:bCs/>
              </w:rPr>
              <w:t>urtsd</w:t>
            </w:r>
            <w:r w:rsidRPr="6744A371">
              <w:rPr>
                <w:rFonts w:ascii="Trebuchet MS" w:hAnsi="Trebuchet MS"/>
                <w:b/>
                <w:bCs/>
              </w:rPr>
              <w:t>atum</w:t>
            </w:r>
          </w:p>
        </w:tc>
        <w:tc>
          <w:tcPr>
            <w:tcW w:w="7670" w:type="dxa"/>
            <w:vAlign w:val="center"/>
          </w:tcPr>
          <w:p w14:paraId="30FEFCBB" w14:textId="7F11843B" w:rsidR="006B050C" w:rsidRPr="00222559" w:rsidRDefault="00176656" w:rsidP="00E57F70">
            <w:pPr>
              <w:spacing w:before="240"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"/>
          </w:p>
        </w:tc>
      </w:tr>
      <w:tr w:rsidR="006B050C" w:rsidRPr="00222559" w14:paraId="7D5A5734" w14:textId="77777777" w:rsidTr="46D87852">
        <w:trPr>
          <w:trHeight w:val="564"/>
        </w:trPr>
        <w:tc>
          <w:tcPr>
            <w:tcW w:w="2233" w:type="dxa"/>
            <w:vAlign w:val="center"/>
          </w:tcPr>
          <w:p w14:paraId="42E25BB2" w14:textId="2D7BF240" w:rsidR="006B050C" w:rsidRPr="00222559" w:rsidRDefault="006B050C" w:rsidP="006B050C">
            <w:pPr>
              <w:rPr>
                <w:rFonts w:ascii="Trebuchet MS" w:hAnsi="Trebuchet MS"/>
                <w:b/>
                <w:bCs/>
              </w:rPr>
            </w:pPr>
            <w:r w:rsidRPr="46D87852">
              <w:rPr>
                <w:rFonts w:ascii="Trebuchet MS" w:hAnsi="Trebuchet MS"/>
                <w:b/>
                <w:bCs/>
              </w:rPr>
              <w:t>Schule</w:t>
            </w:r>
          </w:p>
        </w:tc>
        <w:tc>
          <w:tcPr>
            <w:tcW w:w="7670" w:type="dxa"/>
            <w:vAlign w:val="center"/>
          </w:tcPr>
          <w:p w14:paraId="5C95E40B" w14:textId="1B9C3FF1" w:rsidR="006B050C" w:rsidRPr="00222559" w:rsidRDefault="00176656" w:rsidP="00E57F70">
            <w:pPr>
              <w:spacing w:before="240"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2"/>
          </w:p>
        </w:tc>
      </w:tr>
    </w:tbl>
    <w:p w14:paraId="6E138CC6" w14:textId="21872F38" w:rsidR="00577429" w:rsidRPr="00222559" w:rsidRDefault="00B21185" w:rsidP="2B329D62">
      <w:pPr>
        <w:ind w:left="-90" w:hanging="90"/>
        <w:jc w:val="center"/>
        <w:rPr>
          <w:rFonts w:ascii="Trebuchet MS" w:hAnsi="Trebuchet MS"/>
          <w:lang w:val="de-DE"/>
        </w:rPr>
      </w:pPr>
      <w:r w:rsidRPr="005575F8">
        <w:rPr>
          <w:lang w:val="de-DE"/>
        </w:rPr>
        <w:br/>
      </w:r>
      <w:r w:rsidR="62B0B640" w:rsidRPr="46D87852">
        <w:rPr>
          <w:rFonts w:ascii="Trebuchet MS" w:hAnsi="Trebuchet MS"/>
          <w:b/>
          <w:bCs/>
          <w:sz w:val="26"/>
          <w:szCs w:val="26"/>
          <w:lang w:val="de-DE"/>
        </w:rPr>
        <w:t>Zustimmungserklärung</w:t>
      </w:r>
    </w:p>
    <w:p w14:paraId="7F0C8BA6" w14:textId="5EAA81B1" w:rsidR="00577429" w:rsidRPr="00222559" w:rsidRDefault="00C16689">
      <w:pPr>
        <w:rPr>
          <w:rFonts w:ascii="Trebuchet MS" w:hAnsi="Trebuchet MS"/>
          <w:b/>
          <w:bCs/>
          <w:lang w:val="de-DE"/>
        </w:rPr>
      </w:pPr>
      <w:r>
        <w:rPr>
          <w:rFonts w:ascii="Trebuchet MS" w:hAnsi="Trebuchet MS"/>
          <w:b/>
          <w:bCs/>
          <w:lang w:val="de-DE"/>
        </w:rPr>
        <w:br/>
      </w:r>
      <w:r w:rsidR="00B21185" w:rsidRPr="46D87852">
        <w:rPr>
          <w:rFonts w:ascii="Trebuchet MS" w:hAnsi="Trebuchet MS"/>
          <w:b/>
          <w:bCs/>
          <w:lang w:val="de-DE"/>
        </w:rPr>
        <w:t xml:space="preserve">Hiermit bestätigen die Schulleitung </w:t>
      </w:r>
      <w:r w:rsidR="0041545A" w:rsidRPr="46D87852">
        <w:rPr>
          <w:rFonts w:ascii="Trebuchet MS" w:hAnsi="Trebuchet MS"/>
          <w:b/>
          <w:bCs/>
          <w:lang w:val="de-DE"/>
        </w:rPr>
        <w:t>und</w:t>
      </w:r>
      <w:r w:rsidR="00210029" w:rsidRPr="46D87852">
        <w:rPr>
          <w:rFonts w:ascii="Trebuchet MS" w:hAnsi="Trebuchet MS"/>
          <w:b/>
          <w:bCs/>
          <w:lang w:val="de-DE"/>
        </w:rPr>
        <w:t xml:space="preserve"> </w:t>
      </w:r>
      <w:r w:rsidR="00B21185" w:rsidRPr="46D87852">
        <w:rPr>
          <w:rFonts w:ascii="Trebuchet MS" w:hAnsi="Trebuchet MS"/>
          <w:b/>
          <w:bCs/>
          <w:lang w:val="de-DE"/>
        </w:rPr>
        <w:t>das Schuldekanat, dass sie der Teilnahme an der Ausbildung zur Schulseelsorger</w:t>
      </w:r>
      <w:r w:rsidR="006B050C" w:rsidRPr="46D87852">
        <w:rPr>
          <w:rFonts w:ascii="Trebuchet MS" w:hAnsi="Trebuchet MS"/>
          <w:b/>
          <w:bCs/>
          <w:lang w:val="de-DE"/>
        </w:rPr>
        <w:t>*</w:t>
      </w:r>
      <w:r w:rsidR="001E75DB" w:rsidRPr="46D87852">
        <w:rPr>
          <w:rFonts w:ascii="Trebuchet MS" w:hAnsi="Trebuchet MS"/>
          <w:b/>
          <w:bCs/>
          <w:lang w:val="de-DE"/>
        </w:rPr>
        <w:t>in</w:t>
      </w:r>
      <w:r w:rsidR="0041545A" w:rsidRPr="46D87852">
        <w:rPr>
          <w:rFonts w:ascii="Trebuchet MS" w:hAnsi="Trebuchet MS"/>
          <w:b/>
          <w:bCs/>
          <w:lang w:val="de-DE"/>
        </w:rPr>
        <w:t xml:space="preserve"> </w:t>
      </w:r>
      <w:r w:rsidR="00B21185" w:rsidRPr="46D87852">
        <w:rPr>
          <w:rFonts w:ascii="Trebuchet MS" w:hAnsi="Trebuchet MS"/>
          <w:b/>
          <w:bCs/>
          <w:lang w:val="de-DE"/>
        </w:rPr>
        <w:t>sowie der späteren Beauftragung als Schulseelsorge</w:t>
      </w:r>
      <w:r w:rsidR="001E75DB" w:rsidRPr="46D87852">
        <w:rPr>
          <w:rFonts w:ascii="Trebuchet MS" w:hAnsi="Trebuchet MS"/>
          <w:b/>
          <w:bCs/>
          <w:lang w:val="de-DE"/>
        </w:rPr>
        <w:t>r</w:t>
      </w:r>
      <w:r w:rsidR="006B050C" w:rsidRPr="46D87852">
        <w:rPr>
          <w:rFonts w:ascii="Trebuchet MS" w:hAnsi="Trebuchet MS"/>
          <w:b/>
          <w:bCs/>
          <w:lang w:val="de-DE"/>
        </w:rPr>
        <w:t>*</w:t>
      </w:r>
      <w:r w:rsidR="001E75DB" w:rsidRPr="46D87852">
        <w:rPr>
          <w:rFonts w:ascii="Trebuchet MS" w:hAnsi="Trebuchet MS"/>
          <w:b/>
          <w:bCs/>
          <w:lang w:val="de-DE"/>
        </w:rPr>
        <w:t>in</w:t>
      </w:r>
      <w:r w:rsidR="00B21185" w:rsidRPr="004B7297">
        <w:rPr>
          <w:lang w:val="de-DE"/>
        </w:rPr>
        <w:br/>
      </w:r>
      <w:r w:rsidR="00221DFA" w:rsidRPr="46D87852">
        <w:rPr>
          <w:rFonts w:ascii="Trebuchet MS" w:hAnsi="Trebuchet MS"/>
          <w:b/>
          <w:bCs/>
          <w:lang w:val="de-DE"/>
        </w:rPr>
        <w:t xml:space="preserve">an der Schule </w:t>
      </w:r>
      <w:r w:rsidR="00B21185" w:rsidRPr="46D87852">
        <w:rPr>
          <w:rFonts w:ascii="Trebuchet MS" w:hAnsi="Trebuchet MS"/>
          <w:b/>
          <w:bCs/>
          <w:lang w:val="de-DE"/>
        </w:rPr>
        <w:t>zustimmen.</w:t>
      </w:r>
    </w:p>
    <w:tbl>
      <w:tblPr>
        <w:tblStyle w:val="Tabellenraster"/>
        <w:tblW w:w="9962" w:type="dxa"/>
        <w:tblLook w:val="0480" w:firstRow="0" w:lastRow="0" w:firstColumn="1" w:lastColumn="0" w:noHBand="0" w:noVBand="1"/>
      </w:tblPr>
      <w:tblGrid>
        <w:gridCol w:w="2280"/>
        <w:gridCol w:w="7682"/>
      </w:tblGrid>
      <w:tr w:rsidR="00210029" w:rsidRPr="00222559" w14:paraId="27738307" w14:textId="77777777" w:rsidTr="46D87852">
        <w:trPr>
          <w:trHeight w:val="564"/>
        </w:trPr>
        <w:tc>
          <w:tcPr>
            <w:tcW w:w="2280" w:type="dxa"/>
            <w:vAlign w:val="center"/>
          </w:tcPr>
          <w:p w14:paraId="4F68A731" w14:textId="18B9D99D" w:rsidR="006B050C" w:rsidRPr="004B7297" w:rsidRDefault="006B050C" w:rsidP="46D87852">
            <w:pPr>
              <w:spacing w:before="60" w:after="60"/>
              <w:ind w:right="1260"/>
              <w:jc w:val="center"/>
              <w:rPr>
                <w:rFonts w:ascii="Trebuchet MS" w:hAnsi="Trebuchet MS"/>
                <w:lang w:val="de-DE"/>
              </w:rPr>
            </w:pPr>
          </w:p>
        </w:tc>
        <w:tc>
          <w:tcPr>
            <w:tcW w:w="7682" w:type="dxa"/>
          </w:tcPr>
          <w:p w14:paraId="7CE2E4E1" w14:textId="582C0DE9" w:rsidR="00210029" w:rsidRPr="00C16689" w:rsidRDefault="445B6DE3" w:rsidP="46D87852">
            <w:pPr>
              <w:spacing w:before="120"/>
              <w:ind w:left="567" w:right="1260"/>
              <w:jc w:val="center"/>
            </w:pPr>
            <w:r w:rsidRPr="00C16689">
              <w:rPr>
                <w:rFonts w:ascii="Trebuchet MS" w:hAnsi="Trebuchet MS"/>
              </w:rPr>
              <w:t xml:space="preserve">Ort, Datum und Unterschrift </w:t>
            </w:r>
          </w:p>
        </w:tc>
      </w:tr>
      <w:tr w:rsidR="00210029" w:rsidRPr="00222559" w14:paraId="7BECF72D" w14:textId="77777777" w:rsidTr="46D87852">
        <w:trPr>
          <w:trHeight w:val="587"/>
        </w:trPr>
        <w:tc>
          <w:tcPr>
            <w:tcW w:w="2280" w:type="dxa"/>
            <w:vAlign w:val="center"/>
          </w:tcPr>
          <w:p w14:paraId="15765D9E" w14:textId="4F69F1EF" w:rsidR="00210029" w:rsidRPr="00222559" w:rsidRDefault="5E815297" w:rsidP="2B329D62">
            <w:r w:rsidRPr="46D87852">
              <w:rPr>
                <w:rFonts w:ascii="Trebuchet MS" w:hAnsi="Trebuchet MS"/>
              </w:rPr>
              <w:t>Lehrkraft</w:t>
            </w:r>
          </w:p>
        </w:tc>
        <w:tc>
          <w:tcPr>
            <w:tcW w:w="7682" w:type="dxa"/>
          </w:tcPr>
          <w:p w14:paraId="78F2211B" w14:textId="0199C61B" w:rsidR="00210029" w:rsidRPr="00222559" w:rsidRDefault="00176656" w:rsidP="00E57F70">
            <w:pPr>
              <w:spacing w:before="120" w:after="24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3"/>
          </w:p>
        </w:tc>
      </w:tr>
      <w:tr w:rsidR="00210029" w:rsidRPr="00222559" w14:paraId="5FA87A29" w14:textId="77777777" w:rsidTr="46D87852">
        <w:tc>
          <w:tcPr>
            <w:tcW w:w="2280" w:type="dxa"/>
            <w:vAlign w:val="center"/>
          </w:tcPr>
          <w:p w14:paraId="4CD3689E" w14:textId="05CDE0C3" w:rsidR="00210029" w:rsidRPr="00222559" w:rsidRDefault="35AC234B" w:rsidP="2B329D62">
            <w:r w:rsidRPr="46D87852">
              <w:rPr>
                <w:rFonts w:ascii="Trebuchet MS" w:hAnsi="Trebuchet MS"/>
              </w:rPr>
              <w:t>Schulleitung</w:t>
            </w:r>
          </w:p>
        </w:tc>
        <w:tc>
          <w:tcPr>
            <w:tcW w:w="7682" w:type="dxa"/>
          </w:tcPr>
          <w:p w14:paraId="65614532" w14:textId="73FCC01B" w:rsidR="007F6BE4" w:rsidRPr="00222559" w:rsidRDefault="00176656" w:rsidP="00E57F70">
            <w:pPr>
              <w:spacing w:before="120" w:after="24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4"/>
          </w:p>
        </w:tc>
      </w:tr>
      <w:tr w:rsidR="00210029" w:rsidRPr="00222559" w14:paraId="16A421F3" w14:textId="77777777" w:rsidTr="46D87852">
        <w:trPr>
          <w:trHeight w:val="547"/>
        </w:trPr>
        <w:tc>
          <w:tcPr>
            <w:tcW w:w="2280" w:type="dxa"/>
            <w:vAlign w:val="center"/>
          </w:tcPr>
          <w:p w14:paraId="40A4DD28" w14:textId="32420B8E" w:rsidR="00210029" w:rsidRPr="00222559" w:rsidRDefault="00210029" w:rsidP="00EF739C">
            <w:pPr>
              <w:rPr>
                <w:rFonts w:ascii="Trebuchet MS" w:hAnsi="Trebuchet MS"/>
              </w:rPr>
            </w:pPr>
            <w:r w:rsidRPr="46D87852">
              <w:rPr>
                <w:rFonts w:ascii="Trebuchet MS" w:hAnsi="Trebuchet MS"/>
              </w:rPr>
              <w:t>Schulde</w:t>
            </w:r>
            <w:r w:rsidR="00176656">
              <w:rPr>
                <w:rFonts w:ascii="Trebuchet MS" w:hAnsi="Trebuchet MS"/>
              </w:rPr>
              <w:t>kan*in</w:t>
            </w:r>
          </w:p>
        </w:tc>
        <w:tc>
          <w:tcPr>
            <w:tcW w:w="7682" w:type="dxa"/>
          </w:tcPr>
          <w:p w14:paraId="0FC51430" w14:textId="2C52A506" w:rsidR="00210029" w:rsidRPr="00222559" w:rsidRDefault="00176656" w:rsidP="00E57F70">
            <w:pPr>
              <w:spacing w:before="240"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5"/>
          </w:p>
        </w:tc>
      </w:tr>
    </w:tbl>
    <w:p w14:paraId="0C6C8DEC" w14:textId="6655AE3E" w:rsidR="00210029" w:rsidRPr="00222559" w:rsidRDefault="00210029" w:rsidP="00210029">
      <w:pPr>
        <w:rPr>
          <w:rFonts w:ascii="Trebuchet MS" w:hAnsi="Trebuchet MS"/>
          <w:lang w:val="de-DE"/>
        </w:rPr>
      </w:pPr>
    </w:p>
    <w:p w14:paraId="7A0BD639" w14:textId="47C9E945" w:rsidR="00396D73" w:rsidRPr="00222559" w:rsidRDefault="2DDD24C3" w:rsidP="642C7206">
      <w:pPr>
        <w:pStyle w:val="berschrift2"/>
        <w:rPr>
          <w:rFonts w:ascii="Trebuchet MS" w:eastAsia="Trebuchet MS" w:hAnsi="Trebuchet MS" w:cs="Trebuchet MS"/>
          <w:color w:val="auto"/>
          <w:sz w:val="22"/>
          <w:szCs w:val="22"/>
          <w:lang w:val="de-DE"/>
        </w:rPr>
      </w:pPr>
      <w:r w:rsidRPr="642C7206">
        <w:rPr>
          <w:rFonts w:ascii="Trebuchet MS" w:eastAsia="Trebuchet MS" w:hAnsi="Trebuchet MS" w:cs="Trebuchet MS"/>
          <w:color w:val="auto"/>
          <w:sz w:val="22"/>
          <w:szCs w:val="22"/>
          <w:lang w:val="de-DE"/>
        </w:rPr>
        <w:t>Einreichung</w:t>
      </w:r>
    </w:p>
    <w:p w14:paraId="18242AF7" w14:textId="025DECF6" w:rsidR="00577429" w:rsidRPr="00222559" w:rsidRDefault="70B17197" w:rsidP="642C7206">
      <w:pPr>
        <w:rPr>
          <w:rFonts w:ascii="Trebuchet MS" w:eastAsia="Trebuchet MS" w:hAnsi="Trebuchet MS" w:cs="Trebuchet MS"/>
          <w:b/>
          <w:bCs/>
          <w:lang w:val="de-DE"/>
        </w:rPr>
      </w:pPr>
      <w:r w:rsidRPr="642C7206">
        <w:rPr>
          <w:rFonts w:ascii="Trebuchet MS" w:eastAsia="Trebuchet MS" w:hAnsi="Trebuchet MS" w:cs="Trebuchet MS"/>
          <w:lang w:val="de-DE"/>
        </w:rPr>
        <w:t>Zeitgleich mit der Anmeldung im Bildungsportal senden Sie die</w:t>
      </w:r>
      <w:r w:rsidR="79408120" w:rsidRPr="642C7206">
        <w:rPr>
          <w:rFonts w:ascii="Trebuchet MS" w:eastAsia="Trebuchet MS" w:hAnsi="Trebuchet MS" w:cs="Trebuchet MS"/>
          <w:lang w:val="de-DE"/>
        </w:rPr>
        <w:t>se</w:t>
      </w:r>
      <w:r w:rsidRPr="642C7206">
        <w:rPr>
          <w:rFonts w:ascii="Trebuchet MS" w:eastAsia="Trebuchet MS" w:hAnsi="Trebuchet MS" w:cs="Trebuchet MS"/>
          <w:lang w:val="de-DE"/>
        </w:rPr>
        <w:t xml:space="preserve"> Zustimmung </w:t>
      </w:r>
      <w:r w:rsidR="0087E1F1" w:rsidRPr="642C7206">
        <w:rPr>
          <w:rFonts w:ascii="Trebuchet MS" w:eastAsia="Trebuchet MS" w:hAnsi="Trebuchet MS" w:cs="Trebuchet MS"/>
          <w:lang w:val="de-DE"/>
        </w:rPr>
        <w:t xml:space="preserve">bitte per E-Mail </w:t>
      </w:r>
      <w:r w:rsidRPr="642C7206">
        <w:rPr>
          <w:rFonts w:ascii="Trebuchet MS" w:eastAsia="Trebuchet MS" w:hAnsi="Trebuchet MS" w:cs="Trebuchet MS"/>
          <w:lang w:val="de-DE"/>
        </w:rPr>
        <w:t xml:space="preserve">an: </w:t>
      </w:r>
      <w:hyperlink r:id="rId11">
        <w:r w:rsidRPr="642C7206">
          <w:rPr>
            <w:rStyle w:val="Hyperlink"/>
            <w:rFonts w:ascii="Trebuchet MS" w:eastAsia="Trebuchet MS" w:hAnsi="Trebuchet MS" w:cs="Trebuchet MS"/>
            <w:lang w:val="de-DE"/>
          </w:rPr>
          <w:t>schulseelsorge@ekiba.de</w:t>
        </w:r>
      </w:hyperlink>
    </w:p>
    <w:p w14:paraId="470816B8" w14:textId="571509B8" w:rsidR="282B61B6" w:rsidRPr="004B7297" w:rsidRDefault="282B61B6" w:rsidP="46D87852">
      <w:pPr>
        <w:rPr>
          <w:lang w:val="de-DE"/>
        </w:rPr>
      </w:pPr>
      <w:r w:rsidRPr="46D87852">
        <w:rPr>
          <w:rFonts w:ascii="Trebuchet MS" w:eastAsia="Trebuchet MS" w:hAnsi="Trebuchet MS" w:cs="Trebuchet MS"/>
          <w:lang w:val="de-DE"/>
        </w:rPr>
        <w:t xml:space="preserve">Bei Veranstaltungen, die vom </w:t>
      </w:r>
      <w:r w:rsidR="08D22594" w:rsidRPr="46D87852">
        <w:rPr>
          <w:rFonts w:ascii="Trebuchet MS" w:eastAsia="Trebuchet MS" w:hAnsi="Trebuchet MS" w:cs="Trebuchet MS"/>
          <w:lang w:val="de-DE"/>
        </w:rPr>
        <w:t>PTZ</w:t>
      </w:r>
      <w:r w:rsidRPr="46D87852">
        <w:rPr>
          <w:rFonts w:ascii="Trebuchet MS" w:eastAsia="Trebuchet MS" w:hAnsi="Trebuchet MS" w:cs="Trebuchet MS"/>
          <w:lang w:val="de-DE"/>
        </w:rPr>
        <w:t xml:space="preserve"> angeboten werden, senden Sie diese Zustimmung bitte per E-Mail an:</w:t>
      </w:r>
      <w:r w:rsidR="653B5CBE" w:rsidRPr="46D87852">
        <w:rPr>
          <w:rFonts w:ascii="Trebuchet MS" w:eastAsia="Trebuchet MS" w:hAnsi="Trebuchet MS" w:cs="Trebuchet MS"/>
          <w:lang w:val="de-DE"/>
        </w:rPr>
        <w:t xml:space="preserve"> </w:t>
      </w:r>
      <w:hyperlink r:id="rId12">
        <w:r w:rsidR="324BFEB1" w:rsidRPr="46D87852">
          <w:rPr>
            <w:rStyle w:val="Hyperlink"/>
            <w:rFonts w:ascii="Trebuchet MS" w:eastAsia="Trebuchet MS" w:hAnsi="Trebuchet MS" w:cs="Trebuchet MS"/>
            <w:lang w:val="de-DE"/>
          </w:rPr>
          <w:t>christine.watermann@elk-wue.de</w:t>
        </w:r>
      </w:hyperlink>
      <w:r w:rsidR="324BFEB1" w:rsidRPr="46D87852">
        <w:rPr>
          <w:rFonts w:ascii="Trebuchet MS" w:eastAsia="Trebuchet MS" w:hAnsi="Trebuchet MS" w:cs="Trebuchet MS"/>
          <w:lang w:val="de-DE"/>
        </w:rPr>
        <w:t xml:space="preserve">  </w:t>
      </w:r>
    </w:p>
    <w:p w14:paraId="3E2B0024" w14:textId="353ED190" w:rsidR="00577429" w:rsidRPr="00222559" w:rsidRDefault="00222559" w:rsidP="6744A371">
      <w:pPr>
        <w:rPr>
          <w:rFonts w:ascii="Trebuchet MS" w:eastAsia="Trebuchet MS" w:hAnsi="Trebuchet MS" w:cs="Trebuchet MS"/>
          <w:lang w:val="de-DE"/>
        </w:rPr>
      </w:pPr>
      <w:r w:rsidRPr="004B7297">
        <w:rPr>
          <w:lang w:val="de-DE"/>
        </w:rPr>
        <w:br/>
      </w:r>
      <w:r w:rsidR="77504684" w:rsidRPr="519B6236">
        <w:rPr>
          <w:rFonts w:ascii="Trebuchet MS" w:eastAsia="Trebuchet MS" w:hAnsi="Trebuchet MS" w:cs="Trebuchet MS"/>
          <w:b/>
          <w:bCs/>
          <w:lang w:val="de-DE"/>
        </w:rPr>
        <w:t>K</w:t>
      </w:r>
      <w:r w:rsidR="1FB8D634" w:rsidRPr="519B6236">
        <w:rPr>
          <w:rFonts w:ascii="Trebuchet MS" w:eastAsia="Trebuchet MS" w:hAnsi="Trebuchet MS" w:cs="Trebuchet MS"/>
          <w:b/>
          <w:bCs/>
          <w:lang w:val="de-DE"/>
        </w:rPr>
        <w:t>ontaktdaten Religionspädagogisches Institut (RPI)</w:t>
      </w:r>
      <w:r w:rsidRPr="004B7297">
        <w:rPr>
          <w:lang w:val="de-DE"/>
        </w:rPr>
        <w:br/>
      </w:r>
      <w:hyperlink r:id="rId13">
        <w:r w:rsidR="77504684" w:rsidRPr="519B6236">
          <w:rPr>
            <w:rStyle w:val="Hyperlink"/>
            <w:rFonts w:ascii="Trebuchet MS" w:eastAsia="Trebuchet MS" w:hAnsi="Trebuchet MS" w:cs="Trebuchet MS"/>
            <w:lang w:val="de-DE"/>
          </w:rPr>
          <w:t>mareike.klaus@ekiba.de</w:t>
        </w:r>
      </w:hyperlink>
      <w:r w:rsidRPr="004B7297">
        <w:rPr>
          <w:lang w:val="de-DE"/>
        </w:rPr>
        <w:tab/>
      </w:r>
      <w:r w:rsidRPr="004B7297">
        <w:rPr>
          <w:lang w:val="de-DE"/>
        </w:rPr>
        <w:br/>
      </w:r>
      <w:hyperlink r:id="rId14">
        <w:r w:rsidR="77504684" w:rsidRPr="519B6236">
          <w:rPr>
            <w:rStyle w:val="Hyperlink"/>
            <w:rFonts w:ascii="Trebuchet MS" w:eastAsia="Trebuchet MS" w:hAnsi="Trebuchet MS" w:cs="Trebuchet MS"/>
            <w:lang w:val="de-DE"/>
          </w:rPr>
          <w:t>martina.triebler@ekiba.de</w:t>
        </w:r>
      </w:hyperlink>
      <w:r w:rsidRPr="004B7297">
        <w:rPr>
          <w:lang w:val="de-DE"/>
        </w:rPr>
        <w:br/>
      </w:r>
      <w:hyperlink r:id="rId15">
        <w:r w:rsidR="77504684" w:rsidRPr="519B6236">
          <w:rPr>
            <w:rStyle w:val="Hyperlink"/>
            <w:rFonts w:ascii="Trebuchet MS" w:eastAsia="Trebuchet MS" w:hAnsi="Trebuchet MS" w:cs="Trebuchet MS"/>
            <w:lang w:val="de-DE"/>
          </w:rPr>
          <w:t>schulseelsorge@ekiba.de</w:t>
        </w:r>
      </w:hyperlink>
      <w:r w:rsidR="77504684" w:rsidRPr="519B6236">
        <w:rPr>
          <w:rFonts w:ascii="Trebuchet MS" w:eastAsia="Trebuchet MS" w:hAnsi="Trebuchet MS" w:cs="Trebuchet MS"/>
          <w:lang w:val="de-DE"/>
        </w:rPr>
        <w:t xml:space="preserve"> </w:t>
      </w:r>
      <w:r w:rsidRPr="004B7297">
        <w:rPr>
          <w:lang w:val="de-DE"/>
        </w:rPr>
        <w:br/>
      </w:r>
    </w:p>
    <w:p w14:paraId="7A089C45" w14:textId="47238413" w:rsidR="32667E29" w:rsidRPr="004B7297" w:rsidRDefault="32667E29" w:rsidP="6744A371">
      <w:pPr>
        <w:rPr>
          <w:rFonts w:ascii="Trebuchet MS" w:eastAsia="Trebuchet MS" w:hAnsi="Trebuchet MS" w:cs="Trebuchet MS"/>
          <w:lang w:val="de-DE"/>
        </w:rPr>
      </w:pPr>
      <w:r w:rsidRPr="004B7297">
        <w:rPr>
          <w:rFonts w:ascii="Trebuchet MS" w:eastAsia="Trebuchet MS" w:hAnsi="Trebuchet MS" w:cs="Trebuchet MS"/>
          <w:b/>
          <w:bCs/>
          <w:lang w:val="de-DE"/>
        </w:rPr>
        <w:t xml:space="preserve">Kontaktdaten Pädagogisch-Theologisches Zentrum (PTZ) </w:t>
      </w:r>
      <w:r w:rsidRPr="004B7297">
        <w:rPr>
          <w:lang w:val="de-DE"/>
        </w:rPr>
        <w:br/>
      </w:r>
      <w:hyperlink r:id="rId16">
        <w:r w:rsidR="590A17CF" w:rsidRPr="46D87852">
          <w:rPr>
            <w:rStyle w:val="Hyperlink"/>
            <w:rFonts w:ascii="Trebuchet MS" w:eastAsia="Trebuchet MS" w:hAnsi="Trebuchet MS" w:cs="Trebuchet MS"/>
            <w:lang w:val="de-DE"/>
          </w:rPr>
          <w:t>christine.watermann@elk-wue.de</w:t>
        </w:r>
      </w:hyperlink>
      <w:r w:rsidR="590A17CF" w:rsidRPr="46D87852">
        <w:rPr>
          <w:rFonts w:ascii="Trebuchet MS" w:eastAsia="Trebuchet MS" w:hAnsi="Trebuchet MS" w:cs="Trebuchet MS"/>
          <w:lang w:val="de-DE"/>
        </w:rPr>
        <w:t xml:space="preserve">  </w:t>
      </w:r>
      <w:r w:rsidR="32623000" w:rsidRPr="004B7297">
        <w:rPr>
          <w:rFonts w:ascii="Trebuchet MS" w:eastAsia="Trebuchet MS" w:hAnsi="Trebuchet MS" w:cs="Trebuchet MS"/>
          <w:lang w:val="de-DE"/>
        </w:rPr>
        <w:t xml:space="preserve"> </w:t>
      </w:r>
      <w:r w:rsidRPr="004B7297">
        <w:rPr>
          <w:lang w:val="de-DE"/>
        </w:rPr>
        <w:br/>
      </w:r>
      <w:hyperlink r:id="rId17">
        <w:r w:rsidRPr="004B7297">
          <w:rPr>
            <w:rStyle w:val="Hyperlink"/>
            <w:rFonts w:ascii="Trebuchet MS" w:eastAsia="Trebuchet MS" w:hAnsi="Trebuchet MS" w:cs="Trebuchet MS"/>
            <w:lang w:val="de-DE"/>
          </w:rPr>
          <w:t>www.ptz-rpi.de</w:t>
        </w:r>
      </w:hyperlink>
    </w:p>
    <w:sectPr w:rsidR="32667E29" w:rsidRPr="004B7297" w:rsidSect="00B76026">
      <w:pgSz w:w="12240" w:h="15840"/>
      <w:pgMar w:top="540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NxvcwXhZ2XkPL" int2:id="yn7jh6aN">
      <int2:state int2:value="Rejected" int2:type="spell"/>
    </int2:textHash>
    <int2:textHash int2:hashCode="vZC4BtR3pPO/HD" int2:id="hNwoYXhu">
      <int2:state int2:value="Rejected" int2:type="spell"/>
    </int2:textHash>
    <int2:textHash int2:hashCode="t5ZdvOLKDXo36B" int2:id="jHvMJUip">
      <int2:state int2:value="Rejected" int2:type="spell"/>
    </int2:textHash>
    <int2:textHash int2:hashCode="ytt2frsH1ooiCu" int2:id="SxZqDDiN">
      <int2:state int2:value="Rejected" int2:type="spell"/>
    </int2:textHash>
    <int2:textHash int2:hashCode="0ZOIWdMr/U6szT" int2:id="CEZbCtCp">
      <int2:state int2:value="Rejected" int2:type="spell"/>
    </int2:textHash>
    <int2:textHash int2:hashCode="as5DuLJK98oUW2" int2:id="5qUgSMmi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9113553">
    <w:abstractNumId w:val="8"/>
  </w:num>
  <w:num w:numId="2" w16cid:durableId="1358892528">
    <w:abstractNumId w:val="6"/>
  </w:num>
  <w:num w:numId="3" w16cid:durableId="1545098734">
    <w:abstractNumId w:val="5"/>
  </w:num>
  <w:num w:numId="4" w16cid:durableId="1644191480">
    <w:abstractNumId w:val="4"/>
  </w:num>
  <w:num w:numId="5" w16cid:durableId="1858931439">
    <w:abstractNumId w:val="7"/>
  </w:num>
  <w:num w:numId="6" w16cid:durableId="126514574">
    <w:abstractNumId w:val="3"/>
  </w:num>
  <w:num w:numId="7" w16cid:durableId="61757730">
    <w:abstractNumId w:val="2"/>
  </w:num>
  <w:num w:numId="8" w16cid:durableId="1818179024">
    <w:abstractNumId w:val="1"/>
  </w:num>
  <w:num w:numId="9" w16cid:durableId="990064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hyphenationZone w:val="425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30BA"/>
    <w:rsid w:val="0015074B"/>
    <w:rsid w:val="00176656"/>
    <w:rsid w:val="001E75DB"/>
    <w:rsid w:val="00210029"/>
    <w:rsid w:val="00221DFA"/>
    <w:rsid w:val="00222559"/>
    <w:rsid w:val="0029639D"/>
    <w:rsid w:val="00326F90"/>
    <w:rsid w:val="00357133"/>
    <w:rsid w:val="00396D73"/>
    <w:rsid w:val="0041545A"/>
    <w:rsid w:val="004B7297"/>
    <w:rsid w:val="005575F8"/>
    <w:rsid w:val="00577429"/>
    <w:rsid w:val="00663EC1"/>
    <w:rsid w:val="006B050C"/>
    <w:rsid w:val="007708BA"/>
    <w:rsid w:val="007B9A26"/>
    <w:rsid w:val="007F6BE4"/>
    <w:rsid w:val="00802663"/>
    <w:rsid w:val="008131FE"/>
    <w:rsid w:val="008552CF"/>
    <w:rsid w:val="0087E1F1"/>
    <w:rsid w:val="00882B72"/>
    <w:rsid w:val="00947E20"/>
    <w:rsid w:val="00950358"/>
    <w:rsid w:val="00993B91"/>
    <w:rsid w:val="00AA1D8D"/>
    <w:rsid w:val="00AC4D0A"/>
    <w:rsid w:val="00B21185"/>
    <w:rsid w:val="00B35251"/>
    <w:rsid w:val="00B47730"/>
    <w:rsid w:val="00B76026"/>
    <w:rsid w:val="00C16689"/>
    <w:rsid w:val="00C21FEC"/>
    <w:rsid w:val="00CB0664"/>
    <w:rsid w:val="00CB4314"/>
    <w:rsid w:val="00D07A2B"/>
    <w:rsid w:val="00DD3A6A"/>
    <w:rsid w:val="00E57F70"/>
    <w:rsid w:val="00E9ADF8"/>
    <w:rsid w:val="00FC693F"/>
    <w:rsid w:val="021CC2FD"/>
    <w:rsid w:val="08D22594"/>
    <w:rsid w:val="08DD8465"/>
    <w:rsid w:val="08FF6314"/>
    <w:rsid w:val="09EE1B3F"/>
    <w:rsid w:val="0D85DE8F"/>
    <w:rsid w:val="11207792"/>
    <w:rsid w:val="122A00A6"/>
    <w:rsid w:val="167BCE1D"/>
    <w:rsid w:val="16A66FAF"/>
    <w:rsid w:val="16BFF282"/>
    <w:rsid w:val="1C1AF057"/>
    <w:rsid w:val="1C761E9A"/>
    <w:rsid w:val="1FB8D634"/>
    <w:rsid w:val="1FCA0398"/>
    <w:rsid w:val="21AC32B9"/>
    <w:rsid w:val="2209795E"/>
    <w:rsid w:val="223867CF"/>
    <w:rsid w:val="2452AA51"/>
    <w:rsid w:val="26730773"/>
    <w:rsid w:val="27476CA2"/>
    <w:rsid w:val="274F8959"/>
    <w:rsid w:val="2803A79C"/>
    <w:rsid w:val="282B61B6"/>
    <w:rsid w:val="293E306F"/>
    <w:rsid w:val="294A9434"/>
    <w:rsid w:val="29CA3F2D"/>
    <w:rsid w:val="2B329D62"/>
    <w:rsid w:val="2C448AFF"/>
    <w:rsid w:val="2CE74592"/>
    <w:rsid w:val="2DDD24C3"/>
    <w:rsid w:val="2F32A889"/>
    <w:rsid w:val="3049205B"/>
    <w:rsid w:val="321A15CA"/>
    <w:rsid w:val="324BFEB1"/>
    <w:rsid w:val="32623000"/>
    <w:rsid w:val="32667E29"/>
    <w:rsid w:val="341D6F9D"/>
    <w:rsid w:val="343A84B5"/>
    <w:rsid w:val="35AC234B"/>
    <w:rsid w:val="35C9BFF4"/>
    <w:rsid w:val="375B68EF"/>
    <w:rsid w:val="389C91B7"/>
    <w:rsid w:val="3A667246"/>
    <w:rsid w:val="445B6DE3"/>
    <w:rsid w:val="44B53609"/>
    <w:rsid w:val="45726209"/>
    <w:rsid w:val="46D87852"/>
    <w:rsid w:val="47D3B6FD"/>
    <w:rsid w:val="4C6FCCC3"/>
    <w:rsid w:val="4D8CF151"/>
    <w:rsid w:val="50AB223A"/>
    <w:rsid w:val="519B6236"/>
    <w:rsid w:val="532C143C"/>
    <w:rsid w:val="546A8846"/>
    <w:rsid w:val="54F66902"/>
    <w:rsid w:val="5520511C"/>
    <w:rsid w:val="557A0240"/>
    <w:rsid w:val="56C1E04F"/>
    <w:rsid w:val="58821D97"/>
    <w:rsid w:val="590A17CF"/>
    <w:rsid w:val="5D793D13"/>
    <w:rsid w:val="5D96EB72"/>
    <w:rsid w:val="5D9D517D"/>
    <w:rsid w:val="5E815297"/>
    <w:rsid w:val="62B0B640"/>
    <w:rsid w:val="642C7206"/>
    <w:rsid w:val="644120AC"/>
    <w:rsid w:val="653B5CBE"/>
    <w:rsid w:val="65F3DCAB"/>
    <w:rsid w:val="6744A371"/>
    <w:rsid w:val="6815DD93"/>
    <w:rsid w:val="6B7F99CE"/>
    <w:rsid w:val="6D2DFB1E"/>
    <w:rsid w:val="7044423B"/>
    <w:rsid w:val="70B17197"/>
    <w:rsid w:val="748791A0"/>
    <w:rsid w:val="75FC7136"/>
    <w:rsid w:val="77504684"/>
    <w:rsid w:val="778A49CC"/>
    <w:rsid w:val="79408120"/>
    <w:rsid w:val="79E83737"/>
    <w:rsid w:val="7C5A343C"/>
    <w:rsid w:val="7FB1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07DBD"/>
  <w14:defaultImageDpi w14:val="330"/>
  <w15:docId w15:val="{63336868-4BF5-4E89-B360-6BAB52C3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396D7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6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eike.klaus@ekiba.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ristine.watermann@elk-wue.de" TargetMode="External"/><Relationship Id="rId17" Type="http://schemas.openxmlformats.org/officeDocument/2006/relationships/hyperlink" Target="https://www.ptz-rpi.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hristine.watermann@elk-wue.de" TargetMode="Externa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hulseelsorge@ekiba.d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chulseelsorge@ekiba.de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mailto:martina.triebler@ekiba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4A210B80A9254AB36F55FF98861F43" ma:contentTypeVersion="17" ma:contentTypeDescription="Ein neues Dokument erstellen." ma:contentTypeScope="" ma:versionID="eb9cfa2dd156408dff1a4a7831ce3caa">
  <xsd:schema xmlns:xsd="http://www.w3.org/2001/XMLSchema" xmlns:xs="http://www.w3.org/2001/XMLSchema" xmlns:p="http://schemas.microsoft.com/office/2006/metadata/properties" xmlns:ns2="906070dc-348d-488f-92c1-e5706f446a4a" xmlns:ns3="e646135e-afaf-4f8e-8f36-298205225c6f" targetNamespace="http://schemas.microsoft.com/office/2006/metadata/properties" ma:root="true" ma:fieldsID="fe84b68da54500d2c5d5451558d36157" ns2:_="" ns3:_="">
    <xsd:import namespace="906070dc-348d-488f-92c1-e5706f446a4a"/>
    <xsd:import namespace="e646135e-afaf-4f8e-8f36-298205225c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Datum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070dc-348d-488f-92c1-e5706f446a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43bc1e-3fb7-4b2a-a874-ed8678a294f2}" ma:internalName="TaxCatchAll" ma:showField="CatchAllData" ma:web="906070dc-348d-488f-92c1-e5706f446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6135e-afaf-4f8e-8f36-298205225c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4c930fe5-1d79-4f1e-864d-9c3caa46a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070dc-348d-488f-92c1-e5706f446a4a" xsi:nil="true"/>
    <Datum xmlns="e646135e-afaf-4f8e-8f36-298205225c6f" xsi:nil="true"/>
    <lcf76f155ced4ddcb4097134ff3c332f xmlns="e646135e-afaf-4f8e-8f36-298205225c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A930C1-89E8-48DB-A956-1C074FC3DB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9A9F5C-4465-48A4-846E-0674F9EED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070dc-348d-488f-92c1-e5706f446a4a"/>
    <ds:schemaRef ds:uri="e646135e-afaf-4f8e-8f36-298205225c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558617-5B43-4FFC-A495-38852AAA4C86}">
  <ds:schemaRefs>
    <ds:schemaRef ds:uri="http://schemas.microsoft.com/office/2006/metadata/properties"/>
    <ds:schemaRef ds:uri="http://schemas.microsoft.com/office/infopath/2007/PartnerControls"/>
    <ds:schemaRef ds:uri="906070dc-348d-488f-92c1-e5706f446a4a"/>
    <ds:schemaRef ds:uri="e646135e-afaf-4f8e-8f36-298205225c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Großklaus</dc:creator>
  <cp:keywords/>
  <dc:description>generated by python-docx</dc:description>
  <cp:lastModifiedBy>Triebler, Martina</cp:lastModifiedBy>
  <cp:revision>2</cp:revision>
  <cp:lastPrinted>2026-07-03T11:11:00Z</cp:lastPrinted>
  <dcterms:created xsi:type="dcterms:W3CDTF">2026-09-15T09:24:00Z</dcterms:created>
  <dcterms:modified xsi:type="dcterms:W3CDTF">2026-09-15T09:24:00Z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d05a01-8ac7-4326-b275-7b803ce1e6f0_Enabled">
    <vt:lpwstr>true</vt:lpwstr>
  </property>
  <property fmtid="{D5CDD505-2E9C-101B-9397-08002B2CF9AE}" pid="3" name="MSIP_Label_f7d05a01-8ac7-4326-b275-7b803ce1e6f0_SetDate">
    <vt:lpwstr>2026-07-03T11:06:53Z</vt:lpwstr>
  </property>
  <property fmtid="{D5CDD505-2E9C-101B-9397-08002B2CF9AE}" pid="4" name="MSIP_Label_f7d05a01-8ac7-4326-b275-7b803ce1e6f0_Method">
    <vt:lpwstr>Standard</vt:lpwstr>
  </property>
  <property fmtid="{D5CDD505-2E9C-101B-9397-08002B2CF9AE}" pid="5" name="MSIP_Label_f7d05a01-8ac7-4326-b275-7b803ce1e6f0_Name">
    <vt:lpwstr>Vertraulich</vt:lpwstr>
  </property>
  <property fmtid="{D5CDD505-2E9C-101B-9397-08002B2CF9AE}" pid="6" name="MSIP_Label_f7d05a01-8ac7-4326-b275-7b803ce1e6f0_SiteId">
    <vt:lpwstr>a060ce58-6193-41ee-8f96-2f23b57cca5d</vt:lpwstr>
  </property>
  <property fmtid="{D5CDD505-2E9C-101B-9397-08002B2CF9AE}" pid="7" name="MSIP_Label_f7d05a01-8ac7-4326-b275-7b803ce1e6f0_ActionId">
    <vt:lpwstr>e52a9005-b31f-43a3-8f90-e5f34fade0c5</vt:lpwstr>
  </property>
  <property fmtid="{D5CDD505-2E9C-101B-9397-08002B2CF9AE}" pid="8" name="MSIP_Label_f7d05a01-8ac7-4326-b275-7b803ce1e6f0_ContentBits">
    <vt:lpwstr>0</vt:lpwstr>
  </property>
  <property fmtid="{D5CDD505-2E9C-101B-9397-08002B2CF9AE}" pid="9" name="MSIP_Label_f7d05a01-8ac7-4326-b275-7b803ce1e6f0_Tag">
    <vt:lpwstr>10, 3, 0, 1</vt:lpwstr>
  </property>
  <property fmtid="{D5CDD505-2E9C-101B-9397-08002B2CF9AE}" pid="10" name="ContentTypeId">
    <vt:lpwstr>0x0101003D4A210B80A9254AB36F55FF98861F43</vt:lpwstr>
  </property>
  <property fmtid="{D5CDD505-2E9C-101B-9397-08002B2CF9AE}" pid="11" name="MediaServiceImageTags">
    <vt:lpwstr/>
  </property>
</Properties>
</file>